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צועדים במסע המורשת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רחל אמנו – לדאוג לאחר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סיפורה של רחל אמנו ואת תכונת האכפתיות 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מדוע קוראים לה אמא של עם ישראל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לתרגם את הערכים מהסיפור למעשים יומיומיים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רועה צאן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לאחותה לאה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כי היא דואגת לכולם כמו אמא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י״א בחשוון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שישתה מים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מסופר בטקסט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רחל עזרה ללאה ושמה לב אליה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כתוב שהיא הייתה טובת לב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להפך, הנבואה מדברת על תקווה ועל שיבת הבנים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היא מלמדת לדאוג לאחרים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רועה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חשוון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תקווה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(רועה טובת לב)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(אחותה של רחל)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(נביא שכתב על רחל מבכה)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(יום הזיכרון לרחל אמנו)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(מקום שבו שתה הצאן)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רחל יוצאת עם הצאן של אביה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רחל מובילה את הצאן אל הבאר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רחל דואגת שכל כבש ישתה 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רחל שמה לב לאחותה העצובה ועוזרת 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בני ישראל זוכרים את רחל אמנו בי״א בחשוון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המתארת מעשה חסד קונקרטי, כגון עזרה לחבר, הקשבה לבן משפחה או שיתוף בדבר 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המראה הבנה שתשומת לב לרגשות אחרים מחזקת קשרים ומביאה טוב משותף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שמזכירה רועה שדאגה לצאן ולאחותה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עזרה ללאה, דאגה שהכבשים ישתו מים, שמה לב למי שעצוב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אישית המראה הבנה של ערך האכפתיות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בסיפור המקראי בקצרה ואז לעבור לדפי 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לשלב דיון קצר על מעשה חסד שהתלמידים יכולים לעשות באותו היום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למשתתפים חדשים מומלץ להקריא את השאלות בקול ולהסביר מילים כמו 'רועה' ו'חסד'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צועדים במסע המורשת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רחל אמנו – לדאוג לאחר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רחל הייתה רועה. היא דאגה לכבשים ולאחותה. היא לימדה אותנו לדאוג לאחרים.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רועה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 שמוביל ושומר על עדר צאן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צאן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כבשים ועיזים ביחד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טובת לב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 שדואגת לאחרים ברגישות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חסד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עשיית טוב למישהו בלי לקבל תמורה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תקווה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אמונה שדברים טובים יקרו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י״א בחשוון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התאריך העברי לזכר רחל אמנו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אכפתיות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לשים לב ולדאוג למי שסביבנו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במה עבדה רחל?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רועה צאן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מלכה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סופרת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נגרת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למי עוד עזרה רחל?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לאחותה לאה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לשכנים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למלך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לרופא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למה יש לה שם כזה מיוחד?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היא דואגת לכולם כמו אמא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היא הייתה הראשונה בעם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היא בנתה בית מקדש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היא כתבה 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מתי זוכרים את רחל?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י״א בחשוון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ט״ו בשבט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כ׳ באייר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ג׳ בתשרי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למה דאגה רחל ליד הבאר?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שישתה 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שישן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שיברח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שיקפוץ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רחל הייתה רועה שדאגה לצאן של אביה.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רחל התעלמה מאחותה לאה.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רחל שמה לב למי שעצוב.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בנבואת ירמיהו נאמר שאין תקווה לעם ישראל.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רחל אמנו מלמדת אותנו לדאוג רק לעצמנו.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רחל הייתה __________ שדאגה לצאן של אביה.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רחל עזרה לאחותה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ליד הבאר רחל דאגה שכל כבש ישתה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בי״א ב__________ זוכרים את רחל אמנו.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בנבואת ירמיהו נאמר שיש __________ לעתיד העם.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רחל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מקום שבו שתה הצאן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לאה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נביא שכתב על רחל מבכה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ירמיהו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רועה טובת לב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י״א בחשוון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אחותה של רחל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באר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יום הזיכרון לרחל אמנו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בני ישראל זוכרים את רחל אמנו בי״א בחשוון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רחל שמה לב לאחותה העצובה ועוזרת לה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רחל יוצאת עם הצאן של אביה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רחל מובילה את הצאן אל הבאר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רחל דואגת שכל כבש ישתה מים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ספרו על מעשה טוב קטן שעשיתם או שתוכלו לעשות למישהו השבוע, בהשראת רחל אמנו.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מדוע לדעתכם חשוב לשים לב לרגשות של אנשים אחרים סביבנו?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 הייתה רחל אמנו ובמה עבדה?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דוגמה אחת למעשה חסד שרחל עשתה.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אתם יכולים לעשות היום כדי לדאוג למישהו אחר?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רחל אמנו – לדאוג לאחר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